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1E293B"/>
          <w:sz w:val="36"/>
        </w:rPr>
        <w:t>Чек-лист: Сопровождение ребёнка на этапах школьного взросления (1–11 классы)</w:t>
      </w:r>
    </w:p>
    <w:p>
      <w:pPr>
        <w:jc w:val="center"/>
      </w:pPr>
      <w:r>
        <w:rPr>
          <w:rFonts w:ascii="Arial" w:hAnsi="Arial"/>
          <w:i/>
          <w:color w:val="6366F1"/>
          <w:sz w:val="20"/>
        </w:rPr>
        <w:t>Домашний лицей Skysmart • Практический навигатор для родителей и школьников</w:t>
      </w:r>
    </w:p>
    <w:p>
      <w:r>
        <w:rPr>
          <w:rFonts w:ascii="Arial" w:hAnsi="Arial"/>
          <w:color w:val="475569"/>
          <w:sz w:val="21"/>
        </w:rPr>
        <w:t>Используйте этот чек-лист для пошаговой оценки и практической работы. Отмечайте выполненные пункты галочками [X], чтобы отслеживать прогресс.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1. Младший школьный возраст (7–10 лет, 1–4 классы)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Выстроен предсказуемый режим дня с балансом уроков, сна и прогулок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Оказывается помощь в организации рабочего пространства без выполнения уроков за ребёнка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Поддерживается познавательный интерес и положительное отношение к учителю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2. Младший подростковый возраст (11–13 лет, 5–7 классы)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Созданы условия для общения со сверстниками (ведущая деятельность возраста)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Родитель терпимо относится к перепадам настроения в период физиологического скачка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Сохраняется доверительный диалог без тотального контроля личных гаджетов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3. Старший подростковый возраст (14–15 лет, 8–9 классы)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Предоставлена свобода выбора хобби, стиля одежды и круга интересов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Сформулированы совместные договоренности об ответственности за результаты ОГЭ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Начата предварительная профориентация и посещение дней открытых дверей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4. Ранняя юность (16–18 лет, 10–11 классы)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Отношения переведены в партнёрский формат «взрослый — взрослый»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Согласована стратегия сдачи ЕГЭ и поступления в вуз с учётом альтернатив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Сформированы базовые навыки самостоятельного быта, тайм-менеджмента и бюджета</w:t>
      </w:r>
    </w:p>
    <w:p>
      <w:pPr>
        <w:spacing w:before="320"/>
      </w:pPr>
      <w:r>
        <w:rPr>
          <w:rFonts w:ascii="Arial" w:hAnsi="Arial"/>
          <w:b/>
          <w:color w:val="475569"/>
          <w:sz w:val="22"/>
        </w:rPr>
        <w:t>Личные заметки и план действий семьи: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