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E293B"/>
          <w:sz w:val="36"/>
        </w:rPr>
        <w:t>Чек-лист: Выбор и организация индивидуального обучения школьника</w:t>
      </w:r>
    </w:p>
    <w:p>
      <w:pPr>
        <w:jc w:val="center"/>
      </w:pPr>
      <w:r>
        <w:rPr>
          <w:rFonts w:ascii="Arial" w:hAnsi="Arial"/>
          <w:i/>
          <w:color w:val="6366F1"/>
          <w:sz w:val="20"/>
        </w:rPr>
        <w:t>Домашний лицей Skysmart • Практический навигатор для родителей и школьников</w:t>
      </w:r>
    </w:p>
    <w:p>
      <w:r>
        <w:rPr>
          <w:rFonts w:ascii="Arial" w:hAnsi="Arial"/>
          <w:color w:val="475569"/>
          <w:sz w:val="21"/>
        </w:rPr>
        <w:t>Используйте этот чек-лист для пошаговой оценки и практической работы. Отмечайте выполненные пункты галочками [X], чтобы отслеживать прогресс.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1. Определение целей и предпосылок перехода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Сформулирована главная причина: высокий спорт/творчество, опережающий темп, пробелы или здоровье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Оценена готовность ребёнка к самостоятельной учебной дисциплине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Выбран формат: ИУП в текущей школе, надомное по медицине или аккредитованный онлайн-лицей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2. Согласование индивидуального учебного плана (ИУП)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Подано заявление директору школы о переводе на обучение по индивидуальному плану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Согласована разбивка предметов: базовые, ускоренные, очные и дистанционные модули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Утвержден прозрачный график сдачи контрольных точек и зачётов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3. Тьюторское и предметное сопровождение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Назначен куратор/тьютор для отслеживания динамики образовательной траектории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Определены профильные преподаватели для углубленного изучения приоритетных предметов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Установлены критерии контроля качества знаний (тестирования, пробники)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4. Организация режима и рабочего пространства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Оборудовано эргономичное рабочее место с качественным монитором и освещением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Зафиксированы интервалы занятий (Pomodoro / 45-минутные блоки)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Запланированы регулярная физическая активность и живая социализация со сверстниками</w:t>
      </w:r>
    </w:p>
    <w:p>
      <w:pPr>
        <w:spacing w:before="320"/>
      </w:pPr>
      <w:r>
        <w:rPr>
          <w:rFonts w:ascii="Arial" w:hAnsi="Arial"/>
          <w:b/>
          <w:color w:val="475569"/>
          <w:sz w:val="22"/>
        </w:rPr>
        <w:t>Личные заметки и план действий семьи: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