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rial" w:hAnsi="Arial"/>
          <w:b/>
          <w:color w:val="1E293B"/>
          <w:sz w:val="36"/>
        </w:rPr>
        <w:t>Чек-лист: Мотивация к учебе и финансовое воспитание</w:t>
      </w:r>
    </w:p>
    <w:p>
      <w:pPr>
        <w:spacing w:after="320"/>
      </w:pPr>
      <w:r>
        <w:rPr>
          <w:rFonts w:ascii="Arial" w:hAnsi="Arial"/>
          <w:i/>
          <w:color w:val="64748B"/>
          <w:sz w:val="22"/>
        </w:rPr>
        <w:t>Практическое руководство для родителей • Домашний лицей Skysmart</w:t>
      </w:r>
    </w:p>
    <w:p>
      <w:pPr>
        <w:spacing w:after="280"/>
      </w:pPr>
      <w:r>
        <w:rPr>
          <w:rFonts w:ascii="Arial" w:hAnsi="Arial"/>
          <w:sz w:val="21"/>
        </w:rPr>
        <w:t>Данный чек-лист разработан методистами и психологами Домашнего лицея Skysmart, чтобы помочь родителям и школьникам структурировать важные шаги, сохранить контроль над ситуацией и уверенно достигать поставленных образовательных целей.</w:t>
      </w:r>
    </w:p>
    <w:p>
      <w:pPr>
        <w:spacing w:before="200" w:after="120"/>
      </w:pPr>
      <w:r>
        <w:rPr>
          <w:rFonts w:ascii="Arial" w:hAnsi="Arial"/>
          <w:b/>
          <w:color w:val="0E7490"/>
          <w:sz w:val="26"/>
        </w:rPr>
        <w:t>■ Анализ рисков оплаты оценок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Понимать, что внешняя денежная мотивация разрушает познавательный интерес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Исключить манипуляции, списывание и погоню за баллами любой ценой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Осознавать, что учеба — это естественная обязанность и зона роста ребенка</w:t>
      </w:r>
    </w:p>
    <w:p>
      <w:pPr>
        <w:spacing w:before="200" w:after="120"/>
      </w:pPr>
      <w:r>
        <w:rPr>
          <w:rFonts w:ascii="Arial" w:hAnsi="Arial"/>
          <w:b/>
          <w:color w:val="0E7490"/>
          <w:sz w:val="26"/>
        </w:rPr>
        <w:t>■ Правильный подход к карманным деньгам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Выделять карманные деньги регулярно и независимо от школьных отметок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Обучать планированию бюджета, накоплениям и финансовой дисциплине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Оплачивать только реальный труд, выходящий за рамки повседневных обязанностей</w:t>
      </w:r>
    </w:p>
    <w:p>
      <w:pPr>
        <w:spacing w:before="200" w:after="120"/>
      </w:pPr>
      <w:r>
        <w:rPr>
          <w:rFonts w:ascii="Arial" w:hAnsi="Arial"/>
          <w:b/>
          <w:color w:val="0E7490"/>
          <w:sz w:val="26"/>
        </w:rPr>
        <w:t>■ Здоровая нематериальная поддержка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Хвалить за старания, приложенные усилия и преодоление сложных тем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Праздновать окончание четверти совместными яркими семейными событиями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Поощрять любознательность покупкой интересных книг, курсов и оборудования для хобби</w:t>
      </w:r>
    </w:p>
    <w:p>
      <w:pPr>
        <w:spacing w:before="400"/>
      </w:pPr>
      <w:r>
        <w:rPr>
          <w:rFonts w:ascii="Arial" w:hAnsi="Arial"/>
          <w:i/>
          <w:color w:val="475569"/>
          <w:sz w:val="20"/>
        </w:rPr>
        <w:t>Полезный совет: распечатайте этот чек-лист и повесьте на видном месте или сохраните на смартфоне. Домашний лицей Skysmart желает вам уверенности и гармоничного учебного пути!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