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1E293B"/>
          <w:sz w:val="36"/>
        </w:rPr>
        <w:t>Чек-лист: Конфликты с подростком: правила бесконфликтного диалога</w:t>
      </w:r>
    </w:p>
    <w:p>
      <w:pPr>
        <w:spacing w:after="320"/>
      </w:pPr>
      <w:r>
        <w:rPr>
          <w:rFonts w:ascii="Arial" w:hAnsi="Arial"/>
          <w:i/>
          <w:color w:val="64748B"/>
          <w:sz w:val="22"/>
        </w:rPr>
        <w:t>Практическое руководство для родителей • Домашний лицей Skysmart</w:t>
      </w:r>
    </w:p>
    <w:p>
      <w:pPr>
        <w:spacing w:after="280"/>
      </w:pPr>
      <w:r>
        <w:rPr>
          <w:rFonts w:ascii="Arial" w:hAnsi="Arial"/>
          <w:sz w:val="21"/>
        </w:rPr>
        <w:t>Данный чек-лист разработан методистами и психологами Домашнего лицея Skysmart, чтобы помочь родителям и школьникам структурировать важные шаги, сохранить контроль над ситуацией и уверенно достигать поставленных образовательных целей.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Понимание природы пубертатного кризиса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Помнить о незрелости префронтальной коры и гормональных скачках подростка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Воспринимать сепарацию как признак взросления, а не неуважение к семье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Учитывать повышенную чувствительность к оценкам сверстников и статусу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Тактика переговоров в моменты обострения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Ввести правило «Таймаута»: пауза 30 минут при закипании эмоций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Говорить только о конкретном поступке, не обобщая словами «ты всегда» и «ты никогда»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Слушать в два раза больше, чем говорить: дать высказаться без перебивания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Согласование правил и ответственности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Перейти от ультиматумов к договорам с четкими зонами свободы и последствий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Привлекать подростка к установлению правил его возвращения домой и порядка в комнате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Сохранять безусловную поддержку: «Я могу злиться на поступок, но я всегда на твоей стороне»</w:t>
      </w:r>
    </w:p>
    <w:p>
      <w:pPr>
        <w:spacing w:before="400"/>
      </w:pPr>
      <w:r>
        <w:rPr>
          <w:rFonts w:ascii="Arial" w:hAnsi="Arial"/>
          <w:i/>
          <w:color w:val="475569"/>
          <w:sz w:val="20"/>
        </w:rPr>
        <w:t>Полезный совет: распечатайте этот чек-лист и повесьте на видном месте или сохраните на смартфоне. Домашний лицей Skysmart желает вам уверенности и гармоничного учебного пути!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