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color w:val="1E293B"/>
          <w:sz w:val="36"/>
        </w:rPr>
        <w:t>Чек-лист: Чек-лист эффективности электронного обучения</w:t>
      </w:r>
    </w:p>
    <w:p>
      <w:pPr>
        <w:spacing w:after="320"/>
      </w:pPr>
      <w:r>
        <w:rPr>
          <w:rFonts w:ascii="Arial" w:hAnsi="Arial"/>
          <w:i/>
          <w:color w:val="64748B"/>
          <w:sz w:val="22"/>
        </w:rPr>
        <w:t>Практическое руководство для родителей • Домашний лицей Skysmart</w:t>
      </w:r>
    </w:p>
    <w:p>
      <w:pPr>
        <w:spacing w:after="280"/>
      </w:pPr>
      <w:r>
        <w:rPr>
          <w:rFonts w:ascii="Arial" w:hAnsi="Arial"/>
          <w:sz w:val="21"/>
        </w:rPr>
        <w:t>Данный чек-лист разработан методистами и психологами Домашнего лицея Skysmart, чтобы помочь родителям и школьникам структурировать важные шаги, сохранить контроль над ситуацией и уверенно достигать поставленных образовательных целей.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Организация рабочего пространства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Оборудовать эргономичное рабочее место с качественным освещением и монитором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Настроить стабильный скоростной интернет и необходимые учебные программы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Исключить посторонние раздражители и вкладки с развлекательным контентом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Тайм-менеджмент и самодисциплина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Составить жесткое расписание занятий с фиксированными часами старта и окончания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Внедрить таймер Pomodoro (25 минут учебы / 5 минут отдыха)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Ежедневно контролировать выполнение заданий через личный кабинет платформы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Компенсация рисков дистанта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Обеспечить не менее 1.5–2 часов ежедневной двигательной активности на свежем воздухе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Поддерживать регулярное живое общение со сверстниками вне учебных занятий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Проводить гимнастику для глаз каждые 40 минут работы за экраном</w:t>
      </w:r>
    </w:p>
    <w:p>
      <w:pPr>
        <w:spacing w:before="400"/>
      </w:pPr>
      <w:r>
        <w:rPr>
          <w:rFonts w:ascii="Arial" w:hAnsi="Arial"/>
          <w:i/>
          <w:color w:val="475569"/>
          <w:sz w:val="20"/>
        </w:rPr>
        <w:t>Полезный совет: распечатайте этот чек-лист и повесьте на видном месте или сохраните на смартфоне. Домашний лицей Skysmart желает вам уверенности и гармоничного учебного пути!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