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" w:hAnsi="Arial"/>
          <w:b/>
          <w:color w:val="1E293B"/>
          <w:sz w:val="36"/>
        </w:rPr>
        <w:t>Чек-лист: Правовой навигатор семейного образования без аттестаций</w:t>
      </w:r>
    </w:p>
    <w:p>
      <w:pPr>
        <w:spacing w:after="320"/>
      </w:pPr>
      <w:r>
        <w:rPr>
          <w:rFonts w:ascii="Arial" w:hAnsi="Arial"/>
          <w:i/>
          <w:color w:val="64748B"/>
          <w:sz w:val="22"/>
        </w:rPr>
        <w:t>Практическое руководство для родителей • Домашний лицей Skysmart</w:t>
      </w:r>
    </w:p>
    <w:p>
      <w:pPr>
        <w:spacing w:after="280"/>
      </w:pPr>
      <w:r>
        <w:rPr>
          <w:rFonts w:ascii="Arial" w:hAnsi="Arial"/>
          <w:sz w:val="21"/>
        </w:rPr>
        <w:t>Данный чек-лист разработан методистами и психологами Домашнего лицея Skysmart, чтобы помочь родителям и школьникам структурировать важные шаги, сохранить контроль над ситуацией и уверенно достигать поставленных образовательных целей.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Юридические нормы ст. 17 и 58 ФЗ-273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Знать, что промежуточная аттестация до 9 класса является правом, а не обязанностью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Помнить об обязательности прохождения ГИА-9 и ОГЭ для получения аттестата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Понимать требования региональных органов образования и локальные акты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Оценка рисков для семьи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Осознавать риск накопления скрытых пробелов в фундаментальных предметах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Быть готовым к повышенному вниманию со стороны органов опеки и прокуратуры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Учитывать возможный стресс ребенка при сдаче аттестаций за несколько лет сразу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Рекомендации экспертов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Проводить регулярные независимые диагностические тестирования для самопроверки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Выбрать комфортную онлайн-школу для спокойной сдачи ежегодных тестов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Вести портфолио учебных работ, проектов и достижений ребенка</w:t>
      </w:r>
    </w:p>
    <w:p>
      <w:pPr>
        <w:spacing w:before="400"/>
      </w:pPr>
      <w:r>
        <w:rPr>
          <w:rFonts w:ascii="Arial" w:hAnsi="Arial"/>
          <w:i/>
          <w:color w:val="475569"/>
          <w:sz w:val="20"/>
        </w:rPr>
        <w:t>Полезный совет: распечатайте этот чек-лист и повесьте на видном месте или сохраните на смартфоне. Домашний лицей Skysmart желает вам уверенности и гармоничного учебного пути!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