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E293B"/>
          <w:sz w:val="36"/>
        </w:rPr>
        <w:t>Чек-лист: Комплексный аудит семьи перед переходом на домашнее обучение</w:t>
      </w:r>
    </w:p>
    <w:p>
      <w:pPr>
        <w:jc w:val="center"/>
      </w:pPr>
      <w:r>
        <w:rPr>
          <w:rFonts w:ascii="Arial" w:hAnsi="Arial"/>
          <w:i/>
          <w:color w:val="6366F1"/>
          <w:sz w:val="20"/>
        </w:rPr>
        <w:t>Домашний лицей Skysmart • Практический навигатор для родителей и школьников</w:t>
      </w:r>
    </w:p>
    <w:p>
      <w:r>
        <w:rPr>
          <w:rFonts w:ascii="Arial" w:hAnsi="Arial"/>
          <w:color w:val="475569"/>
          <w:sz w:val="21"/>
        </w:rPr>
        <w:t>Используйте этот чек-лист для пошаговой оценки и практической работы. Отмечайте выполненные пункты галочками [X], чтобы отслеживать прогресс.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1. Оценка преимуществ для ребёнка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Возможность учиться в персональном темпе без бессмысленной спешки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Сохранение психологического здоровья, отсутствие стресса от буллинга и токсичной среды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Оптимизация времени: 3–4 часа концентрированной учёбы вместо 7 часов в школе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Дополнительное время на профессиональный спорт, искусство или программирование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2. Анализ рисков и слабых мест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Оценен риск родительского выгорания при попытке быть учителем по всем предметам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Проверена готовность передать преподавание профильным онлайн-платформам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Продумана система закрытия потребности в командном общении и друзьях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3. Финансовая и организационная готовность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Рассчитан бюджет на образовательную платформу, книги и аттестационные взносы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Выделена отдельная спокойная рабочая зона для занятий дома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Определен взрослый, ответственный за координацию графика и соблюдение дедлайнов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4. Правовая и аттестационная схема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Выбрана аккредитованная школа для спокойной сдачи промежуточных аттестаций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Подготовлены шаблоны уведомления департамента образования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Зафиксирован пробный период (1–2 четверти) с возможностью возврата в школу</w:t>
      </w:r>
    </w:p>
    <w:p>
      <w:pPr>
        <w:spacing w:before="320"/>
      </w:pPr>
      <w:r>
        <w:rPr>
          <w:rFonts w:ascii="Arial" w:hAnsi="Arial"/>
          <w:b/>
          <w:color w:val="475569"/>
          <w:sz w:val="22"/>
        </w:rPr>
        <w:t>Личные заметки и план действий семьи: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