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color w:val="1E293B"/>
          <w:sz w:val="36"/>
        </w:rPr>
        <w:t>Чек-лист: Сенсорное развитие дошкольника: домашняя программа</w:t>
      </w:r>
    </w:p>
    <w:p>
      <w:pPr>
        <w:spacing w:after="320"/>
      </w:pPr>
      <w:r>
        <w:rPr>
          <w:rFonts w:ascii="Arial" w:hAnsi="Arial"/>
          <w:i/>
          <w:color w:val="64748B"/>
          <w:sz w:val="22"/>
        </w:rPr>
        <w:t>Практическое руководство для родителей • Домашний лицей Skysmart</w:t>
      </w:r>
    </w:p>
    <w:p>
      <w:pPr>
        <w:spacing w:after="280"/>
      </w:pPr>
      <w:r>
        <w:rPr>
          <w:rFonts w:ascii="Arial" w:hAnsi="Arial"/>
          <w:sz w:val="21"/>
        </w:rPr>
        <w:t>Данный чек-лист разработан методистами и психологами Домашнего лицея Skysmart, чтобы помочь родителям и школьникам структурировать важные шаги, сохранить контроль над ситуацией и уверенно достигать поставленных образовательных целей.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Зрительное и цветовое восприятие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Изучение 7 цветов спектра и контрастных геометрических фигур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Игры на сопоставление величин (больше, меньше, длиннее, короче)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Сортировка предметов по форме, размеру и оттенкам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Тактильная чувствительность и моторика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Игры с сенсорными коробками (крупы, кинетический песок, природные материалы)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Лепка из натурального пластилина, теста и глины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Упражнения на различение текстур (гладкий, шершавый, пушистый, холодный)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Слух, координация и баланс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Распознавание звуков природы и бытовых шумов с закрытыми глазами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Ритмические упражнения и игры с простыми музыкальными инструментами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Ходьба по массажным дорожкам и балансирам для вестибулярного аппарата</w:t>
      </w:r>
    </w:p>
    <w:p>
      <w:pPr>
        <w:spacing w:before="400"/>
      </w:pPr>
      <w:r>
        <w:rPr>
          <w:rFonts w:ascii="Arial" w:hAnsi="Arial"/>
          <w:i/>
          <w:color w:val="475569"/>
          <w:sz w:val="20"/>
        </w:rPr>
        <w:t>Полезный совет: распечатайте этот чек-лист и повесьте на видном месте или сохраните на смартфоне. Домашний лицей Skysmart желает вам уверенности и гармоничного учебного пути!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